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exact" w:line="560" w:before="0" w:after="0"/>
        <w:jc w:val="left"/>
      </w:pPr>
      <w:r>
        <w:rPr>
          <w:rFonts w:ascii="Times New Roman" w:hAnsi="Times New Roman" w:eastAsia="黑体"/>
          <w:b w:val="0"/>
          <w:color w:val="000000"/>
          <w:sz w:val="32"/>
        </w:rPr>
        <w:t>附件</w:t>
      </w:r>
    </w:p>
    <w:p>
      <w:pPr>
        <w:spacing w:lineRule="exact" w:line="700" w:before="0" w:after="280"/>
        <w:jc w:val="center"/>
      </w:pPr>
      <w:r>
        <w:rPr>
          <w:rFonts w:ascii="Times New Roman" w:hAnsi="Times New Roman" w:eastAsia="方正小标宋简体"/>
          <w:b w:val="0"/>
          <w:color w:val="000000"/>
          <w:sz w:val="44"/>
        </w:rPr>
        <w:t>淮北市公平竞争审查专家库专家报名表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69"/>
        <w:gridCol w:w="1769"/>
        <w:gridCol w:w="1769"/>
        <w:gridCol w:w="1769"/>
        <w:gridCol w:w="1769"/>
      </w:tblGrid>
      <w:tr>
        <w:trPr>
          <w:trHeight w:val="623" w:hRule="atLeast"/>
        </w:trPr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姓　　名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性　　别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r>
          </w:p>
        </w:tc>
        <w:tc>
          <w:tcPr>
            <w:tcW w:type="dxa" w:w="1984"/>
            <w:vMerge w:val="restart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>（照片）</w:t>
            </w:r>
          </w:p>
        </w:tc>
      </w:tr>
      <w:tr>
        <w:trPr>
          <w:trHeight w:val="623" w:hRule="atLeast"/>
        </w:trPr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民　　族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出生年月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r>
          </w:p>
        </w:tc>
        <w:tc>
          <w:tcPr>
            <w:tcW w:type="dxa" w:w="1984"/>
            <w:vMerge/>
          </w:tcPr>
          <w:p/>
        </w:tc>
      </w:tr>
      <w:tr>
        <w:trPr>
          <w:trHeight w:val="623" w:hRule="atLeast"/>
        </w:trPr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政治面貌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学历学位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r>
          </w:p>
        </w:tc>
        <w:tc>
          <w:tcPr>
            <w:tcW w:type="dxa" w:w="1984"/>
            <w:vMerge/>
          </w:tcPr>
          <w:p/>
        </w:tc>
      </w:tr>
      <w:tr>
        <w:trPr>
          <w:trHeight w:val="623" w:hRule="atLeast"/>
        </w:trPr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专　　业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职　　称</w:t>
            </w:r>
          </w:p>
        </w:tc>
        <w:tc>
          <w:tcPr>
            <w:tcW w:type="dxa" w:w="1984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r>
          </w:p>
        </w:tc>
        <w:tc>
          <w:tcPr>
            <w:tcW w:type="dxa" w:w="1984"/>
            <w:vMerge/>
          </w:tcPr>
          <w:p/>
        </w:tc>
      </w:tr>
      <w:tr>
        <w:trPr>
          <w:trHeight w:val="623" w:hRule="atLeast"/>
        </w:trPr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工作单位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职　　务</w:t>
            </w:r>
          </w:p>
        </w:tc>
        <w:tc>
          <w:tcPr>
            <w:tcW w:type="dxa" w:w="3968"/>
            <w:gridSpan w:val="2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r>
          </w:p>
        </w:tc>
      </w:tr>
      <w:tr>
        <w:trPr>
          <w:trHeight w:val="623" w:hRule="atLeast"/>
        </w:trPr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联系电话</w:t>
            </w:r>
          </w:p>
        </w:tc>
        <w:tc>
          <w:tcPr>
            <w:tcW w:type="dxa" w:w="1701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r>
          </w:p>
        </w:tc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电子邮箱</w:t>
            </w:r>
          </w:p>
        </w:tc>
        <w:tc>
          <w:tcPr>
            <w:tcW w:type="dxa" w:w="3968"/>
            <w:gridSpan w:val="2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r>
          </w:p>
        </w:tc>
      </w:tr>
      <w:tr>
        <w:trPr>
          <w:trHeight w:val="623" w:hRule="atLeast"/>
        </w:trPr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通讯地址</w:t>
            </w:r>
          </w:p>
        </w:tc>
        <w:tc>
          <w:tcPr>
            <w:tcW w:type="dxa" w:w="7256"/>
            <w:gridSpan w:val="4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r>
          </w:p>
        </w:tc>
      </w:tr>
      <w:tr>
        <w:trPr>
          <w:trHeight w:val="623" w:hRule="atLeast"/>
        </w:trPr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申报方式</w:t>
            </w:r>
          </w:p>
        </w:tc>
        <w:tc>
          <w:tcPr>
            <w:tcW w:type="dxa" w:w="7256"/>
            <w:gridSpan w:val="4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left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>□ 个人申请　　　□ 单位推荐</w:t>
            </w:r>
          </w:p>
        </w:tc>
      </w:tr>
      <w:tr>
        <w:trPr>
          <w:trHeight w:val="2608" w:hRule="atLeast"/>
        </w:trPr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主要工作经历</w:t>
            </w:r>
          </w:p>
        </w:tc>
        <w:tc>
          <w:tcPr>
            <w:tcW w:type="dxa" w:w="7256"/>
            <w:gridSpan w:val="4"/>
            <w:vAlign w:val="top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330" w:before="0" w:after="0"/>
              <w:jc w:val="left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  <w:t>（含从事公平竞争审查、反垄断执法或相关政策法规工作的起止时间、主要工作内容，可另附页）</w:t>
            </w:r>
          </w:p>
          <w:p>
            <w:pPr>
              <w:spacing w:lineRule="exact" w:line="33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</w:r>
          </w:p>
          <w:p>
            <w:pPr>
              <w:spacing w:lineRule="exact" w:line="33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</w:r>
          </w:p>
          <w:p>
            <w:pPr>
              <w:spacing w:lineRule="exact" w:line="33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</w:r>
          </w:p>
          <w:p>
            <w:pPr>
              <w:spacing w:lineRule="exact" w:line="33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</w:r>
          </w:p>
          <w:p>
            <w:pPr>
              <w:spacing w:lineRule="exact" w:line="33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</w:r>
          </w:p>
        </w:tc>
      </w:tr>
      <w:tr>
        <w:trPr>
          <w:trHeight w:val="1927" w:hRule="atLeast"/>
        </w:trPr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专业领域及业务特长</w:t>
            </w:r>
          </w:p>
        </w:tc>
        <w:tc>
          <w:tcPr>
            <w:tcW w:type="dxa" w:w="7256"/>
            <w:gridSpan w:val="4"/>
            <w:vAlign w:val="top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330" w:before="0" w:after="0"/>
              <w:jc w:val="left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  <w:t>（不超过200字）</w:t>
            </w:r>
          </w:p>
          <w:p>
            <w:pPr>
              <w:spacing w:lineRule="exact" w:line="33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</w:r>
          </w:p>
          <w:p>
            <w:pPr>
              <w:spacing w:lineRule="exact" w:line="33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</w:r>
          </w:p>
          <w:p>
            <w:pPr>
              <w:spacing w:lineRule="exact" w:line="33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</w:r>
          </w:p>
          <w:p>
            <w:pPr>
              <w:spacing w:lineRule="exact" w:line="33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</w:r>
          </w:p>
        </w:tc>
      </w:tr>
      <w:tr>
        <w:trPr>
          <w:trHeight w:val="2381" w:hRule="atLeast"/>
        </w:trPr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代表性成果</w:t>
            </w:r>
          </w:p>
        </w:tc>
        <w:tc>
          <w:tcPr>
            <w:tcW w:type="dxa" w:w="7256"/>
            <w:gridSpan w:val="4"/>
            <w:vAlign w:val="top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330" w:before="0" w:after="0"/>
              <w:jc w:val="left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  <w:t>（代表性著作、论文，主持或者参与重大政策措施审查、专项抽查检查、制止滥用行政权力排除、限制竞争执法案件等情况，建议不超过5件）</w:t>
            </w:r>
          </w:p>
          <w:p>
            <w:pPr>
              <w:spacing w:lineRule="exact" w:line="33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</w:r>
          </w:p>
          <w:p>
            <w:pPr>
              <w:spacing w:lineRule="exact" w:line="33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</w:r>
          </w:p>
          <w:p>
            <w:pPr>
              <w:spacing w:lineRule="exact" w:line="33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</w:r>
          </w:p>
          <w:p>
            <w:pPr>
              <w:spacing w:lineRule="exact" w:line="33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</w:r>
          </w:p>
        </w:tc>
      </w:tr>
      <w:tr>
        <w:trPr>
          <w:trHeight w:val="1814" w:hRule="atLeast"/>
        </w:trPr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奖惩情况</w:t>
            </w:r>
          </w:p>
        </w:tc>
        <w:tc>
          <w:tcPr>
            <w:tcW w:type="dxa" w:w="7256"/>
            <w:gridSpan w:val="4"/>
            <w:vAlign w:val="top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330" w:before="0" w:after="0"/>
              <w:jc w:val="left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  <w:t>（含是否受过党纪政务处分）</w:t>
            </w:r>
          </w:p>
          <w:p>
            <w:pPr>
              <w:spacing w:lineRule="exact" w:line="33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</w:r>
          </w:p>
          <w:p>
            <w:pPr>
              <w:spacing w:lineRule="exact" w:line="33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</w:r>
          </w:p>
          <w:p>
            <w:pPr>
              <w:spacing w:lineRule="exact" w:line="33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</w:r>
          </w:p>
          <w:p>
            <w:pPr>
              <w:spacing w:lineRule="exact" w:line="33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1"/>
              </w:rPr>
            </w:r>
          </w:p>
        </w:tc>
      </w:tr>
      <w:tr>
        <w:trPr>
          <w:trHeight w:val="1927" w:hRule="atLeast"/>
        </w:trPr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个人承诺</w:t>
            </w:r>
          </w:p>
        </w:tc>
        <w:tc>
          <w:tcPr>
            <w:tcW w:type="dxa" w:w="7256"/>
            <w:gridSpan w:val="4"/>
            <w:vAlign w:val="top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left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>本人承诺：以上所填内容及所附证明材料真实、准确、完整，如有不实，愿承担相应责任。</w:t>
            </w:r>
          </w:p>
          <w:p>
            <w:pPr>
              <w:spacing w:lineRule="exact" w:line="40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r>
          </w:p>
          <w:p>
            <w:pPr>
              <w:spacing w:lineRule="exact" w:line="40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 xml:space="preserve">签字：　　　　　　　　　　　　　　　　</w:t>
            </w:r>
          </w:p>
          <w:p>
            <w:pPr>
              <w:spacing w:lineRule="exact" w:line="40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r>
          </w:p>
          <w:p>
            <w:pPr>
              <w:spacing w:lineRule="exact" w:line="40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 xml:space="preserve">　　　　　　年　　　月　　　日　　　　</w:t>
            </w:r>
          </w:p>
        </w:tc>
      </w:tr>
      <w:tr>
        <w:trPr>
          <w:trHeight w:val="2041" w:hRule="atLeast"/>
        </w:trPr>
        <w:tc>
          <w:tcPr>
            <w:tcW w:type="dxa" w:w="1587"/>
            <w:vAlign w:val="center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center"/>
            </w:pPr>
            <w:r/>
            <w:r>
              <w:rPr>
                <w:rFonts w:ascii="Times New Roman" w:hAnsi="Times New Roman" w:eastAsia="黑体"/>
                <w:b w:val="0"/>
                <w:color w:val="000000"/>
                <w:sz w:val="28"/>
              </w:rPr>
              <w:t>单位意见</w:t>
            </w:r>
          </w:p>
        </w:tc>
        <w:tc>
          <w:tcPr>
            <w:tcW w:type="dxa" w:w="7256"/>
            <w:gridSpan w:val="4"/>
            <w:vAlign w:val="top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lineRule="exact" w:line="400" w:before="0" w:after="0"/>
              <w:jc w:val="left"/>
            </w:pPr>
            <w:r/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>（仅需单位推荐申报的填写）</w:t>
            </w:r>
          </w:p>
          <w:p>
            <w:pPr>
              <w:spacing w:lineRule="exact" w:line="40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r>
          </w:p>
          <w:p>
            <w:pPr>
              <w:spacing w:lineRule="exact" w:line="40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r>
          </w:p>
          <w:p>
            <w:pPr>
              <w:spacing w:lineRule="exact" w:line="40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>（单位公章）</w:t>
            </w:r>
          </w:p>
          <w:p>
            <w:pPr>
              <w:spacing w:lineRule="exact" w:line="40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r>
          </w:p>
          <w:p>
            <w:pPr>
              <w:spacing w:lineRule="exact" w:line="400" w:before="0" w:after="0"/>
              <w:jc w:val="left"/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 xml:space="preserve">　　　　　　年　　　月　　　日　　　　</w:t>
            </w:r>
          </w:p>
        </w:tc>
      </w:tr>
    </w:tbl>
    <w:p>
      <w:pPr>
        <w:spacing w:lineRule="exact" w:line="400" w:before="160" w:after="0"/>
        <w:jc w:val="left"/>
      </w:pPr>
      <w:r>
        <w:rPr>
          <w:rFonts w:ascii="Times New Roman" w:hAnsi="Times New Roman" w:eastAsia="黑体"/>
          <w:b w:val="0"/>
          <w:color w:val="000000"/>
          <w:sz w:val="24"/>
        </w:rPr>
        <w:t>填表说明：</w:t>
      </w:r>
    </w:p>
    <w:p>
      <w:pPr>
        <w:spacing w:lineRule="exact" w:line="400" w:before="0" w:after="0"/>
        <w:jc w:val="left"/>
      </w:pPr>
      <w:r>
        <w:rPr>
          <w:rFonts w:ascii="Times New Roman" w:hAnsi="Times New Roman" w:eastAsia="仿宋_GB2312"/>
          <w:b w:val="0"/>
          <w:color w:val="000000"/>
          <w:sz w:val="24"/>
        </w:rPr>
        <w:t>1.本表由申报人如实填写，表内项目如无相应内容，请填写“无”；“单位意见”栏仅由单位推荐申报的填写并加盖公章。</w:t>
      </w:r>
    </w:p>
    <w:p>
      <w:pPr>
        <w:spacing w:lineRule="exact" w:line="400" w:before="0" w:after="0"/>
        <w:jc w:val="left"/>
      </w:pPr>
      <w:r>
        <w:rPr>
          <w:rFonts w:ascii="Times New Roman" w:hAnsi="Times New Roman" w:eastAsia="仿宋_GB2312"/>
          <w:b w:val="0"/>
          <w:color w:val="000000"/>
          <w:sz w:val="24"/>
        </w:rPr>
        <w:t>2.申报时须同时提交本表电子版和本人签字（单位推荐的另需加盖公章）后的扫描件。</w:t>
      </w:r>
    </w:p>
    <w:p>
      <w:pPr>
        <w:spacing w:lineRule="exact" w:line="400" w:before="0" w:after="0"/>
        <w:jc w:val="left"/>
      </w:pPr>
      <w:r>
        <w:rPr>
          <w:rFonts w:ascii="Times New Roman" w:hAnsi="Times New Roman" w:eastAsia="仿宋_GB2312"/>
          <w:b w:val="0"/>
          <w:color w:val="000000"/>
          <w:sz w:val="24"/>
        </w:rPr>
        <w:t>3.身份证、学历学位证书、职称（职业资格）证书等材料，请提供扫描件一并报送。</w:t>
      </w:r>
    </w:p>
    <w:sectPr w:rsidR="00FC693F" w:rsidRPr="0006063C" w:rsidSect="00034616">
      <w:pgSz w:w="11906" w:h="16838"/>
      <w:pgMar w:top="2098" w:right="1474" w:bottom="198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